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24"/>
        </w:rPr>
        <w:t>POLSKI ZWIĄZEK DZIAŁKOWCÓW</w:t>
      </w:r>
    </w:p>
    <w:p>
      <w:pPr>
        <w:spacing w:after="120"/>
        <w:jc w:val="center"/>
      </w:pPr>
      <w:r>
        <w:rPr>
          <w:b w:val="0"/>
          <w:i w:val="0"/>
          <w:sz w:val="20"/>
        </w:rPr>
        <w:t>Rodzinny Ogród Działkowy im. Józefa Ignacego Kraszewskiego w Pruszczu Gdańskim</w:t>
      </w:r>
    </w:p>
    <w:p>
      <w:pPr>
        <w:spacing w:after="160"/>
        <w:jc w:val="center"/>
      </w:pPr>
      <w:r>
        <w:rPr>
          <w:b/>
          <w:i w:val="0"/>
          <w:sz w:val="30"/>
        </w:rPr>
        <w:t>DEKLARACJA CZŁONKOWSKA</w:t>
      </w:r>
    </w:p>
    <w:p>
      <w:pPr>
        <w:keepNext/>
        <w:spacing w:after="100" w:before="160"/>
        <w:jc w:val="left"/>
      </w:pPr>
      <w:r>
        <w:rPr>
          <w:b/>
          <w:i w:val="0"/>
        </w:rPr>
        <w:t>1. Dane osoby ubiegającej się o członkostwo</w:t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Nazwisko: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Imię (imiona):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Data i miejsce urodzenia: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Numer PESEL: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Adres zamieszkania: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Adres do korespondencji (jeżeli inny niż adres zamieszkania):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Telefon: </w:t>
      </w:r>
      <w:r>
        <w:tab/>
      </w:r>
    </w:p>
    <w:p>
      <w:pPr>
        <w:tabs>
          <w:tab w:pos="9638" w:val="right" w:leader="dot"/>
        </w:tabs>
        <w:spacing w:after="100"/>
        <w:ind w:left="0"/>
        <w:jc w:val="left"/>
      </w:pPr>
      <w:r>
        <w:rPr>
          <w:b w:val="0"/>
          <w:i w:val="0"/>
        </w:rPr>
        <w:t xml:space="preserve">Adres e-mail: </w:t>
      </w:r>
      <w:r>
        <w:tab/>
      </w:r>
    </w:p>
    <w:p>
      <w:pPr>
        <w:keepNext/>
        <w:spacing w:after="100" w:before="160"/>
        <w:jc w:val="left"/>
      </w:pPr>
      <w:r>
        <w:rPr>
          <w:b/>
          <w:i w:val="0"/>
        </w:rPr>
        <w:t>2. Deklaracja</w:t>
      </w:r>
    </w:p>
    <w:p>
      <w:pPr>
        <w:jc w:val="left"/>
      </w:pPr>
      <w:r>
        <w:rPr>
          <w:b w:val="0"/>
          <w:i w:val="0"/>
        </w:rPr>
        <w:t>Zwracam się o przyjęcie mnie w poczet członków Polskiego Związku Działkowców. Zobowiązuję się przestrzegać ustawy z dnia 13 grudnia 2013 r. o rodzinnych ogrodach działkowych, Statutu PZD (uchwalonego przez XV Krajowy Zjazd Delegatów PZD 4 grudnia 2024 r.), Regulaminu ROD oraz uchwał organów PZD, a także opłacać składkę członkowską.</w:t>
      </w:r>
    </w:p>
    <w:p>
      <w:pPr>
        <w:spacing w:after="60"/>
        <w:jc w:val="left"/>
      </w:pPr>
      <w:r>
        <w:rPr>
          <w:b w:val="0"/>
          <w:i w:val="0"/>
        </w:rPr>
        <w:t>Oświadczam, że przysługuje mi prawo do działki nr ………… o powierzchni ………… m² w ROD im. J.I. Kraszewskiego w Pruszczu Gdańskim na podstawie:*</w:t>
      </w:r>
    </w:p>
    <w:p>
      <w:pPr>
        <w:spacing w:after="60"/>
        <w:ind w:left="340" w:hanging="283"/>
        <w:jc w:val="left"/>
      </w:pPr>
      <w:r>
        <w:t>□  umowy dzierżawy działkowej z dnia ……………………</w:t>
      </w:r>
    </w:p>
    <w:p>
      <w:pPr>
        <w:spacing w:after="60"/>
        <w:ind w:left="340" w:hanging="283"/>
        <w:jc w:val="left"/>
      </w:pPr>
      <w:r>
        <w:t>□  umowy przeniesienia praw do działki z dnia ……………………, zatwierdzonej uchwałą Zarządu ROD nr ………… z dnia ……………………</w:t>
      </w:r>
    </w:p>
    <w:p>
      <w:pPr>
        <w:spacing w:after="60"/>
        <w:ind w:left="340" w:hanging="283"/>
        <w:jc w:val="left"/>
      </w:pPr>
      <w:r>
        <w:t>□  oświadczenia o wstąpieniu w prawa do działki po zmarłym małżonku z dnia ……………………</w:t>
      </w:r>
    </w:p>
    <w:p>
      <w:pPr>
        <w:spacing w:after="60" w:before="80"/>
        <w:jc w:val="left"/>
      </w:pPr>
      <w:r>
        <w:rPr>
          <w:b w:val="0"/>
          <w:i w:val="0"/>
        </w:rPr>
        <w:t>Oświadczam, że:*</w:t>
      </w:r>
    </w:p>
    <w:p>
      <w:pPr>
        <w:spacing w:after="60"/>
        <w:ind w:left="340" w:hanging="283"/>
        <w:jc w:val="left"/>
      </w:pPr>
      <w:r>
        <w:t>□  odbyłem(-am) szkolenie dla nowych działkowców w dniu ……………………</w:t>
      </w:r>
    </w:p>
    <w:p>
      <w:pPr>
        <w:spacing w:after="60"/>
        <w:ind w:left="340" w:hanging="283"/>
        <w:jc w:val="left"/>
      </w:pPr>
      <w:r>
        <w:t>□  zobowiązuję się odbyć szkolenie w terminie wyznaczonym przez Zarząd ROD (§ 15 pkt 9 Statutu PZD).</w:t>
      </w:r>
    </w:p>
    <w:p>
      <w:pPr>
        <w:spacing w:before="80"/>
        <w:jc w:val="left"/>
      </w:pPr>
      <w:r>
        <w:rPr>
          <w:b w:val="0"/>
          <w:i w:val="0"/>
        </w:rPr>
        <w:t>Oświadczam, że zapoznałem(-am) się z klauzulą informacyjną o przetwarzaniu danych osobowych zamieszczoną na drugiej stronie deklaracji.</w:t>
      </w:r>
    </w:p>
    <w:p>
      <w:pPr>
        <w:spacing w:after="0" w:before="200"/>
        <w:jc w:val="right"/>
      </w:pPr>
      <w:r>
        <w:rPr>
          <w:b w:val="0"/>
          <w:i w:val="0"/>
        </w:rPr>
        <w:t>…………………………………</w:t>
      </w:r>
    </w:p>
    <w:p>
      <w:pPr>
        <w:spacing w:after="160"/>
        <w:jc w:val="right"/>
      </w:pPr>
      <w:r>
        <w:rPr>
          <w:b w:val="0"/>
          <w:i/>
          <w:sz w:val="18"/>
        </w:rPr>
        <w:t>(data i czytelny podpis)</w:t>
      </w:r>
    </w:p>
    <w:p>
      <w:pPr>
        <w:spacing w:after="60"/>
        <w:ind w:left="283" w:hanging="283"/>
        <w:jc w:val="left"/>
      </w:pPr>
      <w:r>
        <w:t>□  Wyrażam zgodę na zawiadamianie mnie o terminie, miejscu i porządku obrad walnego zebrania oraz na doręczanie korespondencji Zarządu ROD na podany adres e-mail.**</w:t>
      </w:r>
    </w:p>
    <w:p>
      <w:pPr>
        <w:spacing w:after="0" w:before="200"/>
        <w:jc w:val="right"/>
      </w:pPr>
      <w:r>
        <w:rPr>
          <w:b w:val="0"/>
          <w:i w:val="0"/>
        </w:rPr>
        <w:t>…………………………………</w:t>
      </w:r>
    </w:p>
    <w:p>
      <w:pPr>
        <w:spacing w:after="160"/>
        <w:jc w:val="right"/>
      </w:pPr>
      <w:r>
        <w:rPr>
          <w:b w:val="0"/>
          <w:i/>
          <w:sz w:val="18"/>
        </w:rPr>
        <w:t>(data i czytelny podpis)</w:t>
      </w:r>
    </w:p>
    <w:p>
      <w:pPr>
        <w:keepNext/>
        <w:spacing w:after="100" w:before="160"/>
        <w:jc w:val="left"/>
      </w:pPr>
      <w:r>
        <w:rPr>
          <w:b/>
          <w:i w:val="0"/>
        </w:rPr>
        <w:t>3. Adnotacje Zarządu ROD</w:t>
      </w:r>
    </w:p>
    <w:p>
      <w:pPr>
        <w:jc w:val="left"/>
      </w:pPr>
      <w:r>
        <w:rPr>
          <w:b w:val="0"/>
          <w:i w:val="0"/>
        </w:rPr>
        <w:t>Uchwałą nr ………… z dnia …………………… Zarząd ROD im. J.I. Kraszewskiego w Pruszczu Gdańskim przyjął w poczet członków PZD Panią/Pana ……………………………………………………</w:t>
      </w:r>
    </w:p>
    <w:p>
      <w:pPr>
        <w:spacing w:after="80"/>
        <w:jc w:val="left"/>
      </w:pPr>
      <w:r>
        <w:rPr>
          <w:b w:val="0"/>
          <w:i w:val="0"/>
        </w:rPr>
        <w:t>Szkolenie odbyte w dniu: ……………………          Składka członkowska opłacona za rok: …………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400"/>
              <w:jc w:val="center"/>
            </w:pPr>
            <w:r>
              <w:t>………………………………</w:t>
            </w:r>
          </w:p>
        </w:tc>
        <w:tc>
          <w:tcPr>
            <w:tcW w:type="dxa" w:w="4819"/>
          </w:tcPr>
          <w:p>
            <w:pPr>
              <w:spacing w:before="400"/>
              <w:jc w:val="center"/>
            </w:pPr>
            <w:r>
              <w:t>………………………………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i/>
                <w:sz w:val="18"/>
              </w:rPr>
              <w:t>Członek Zarządu ROD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i/>
                <w:sz w:val="18"/>
              </w:rPr>
              <w:t>Prezes Zarządu ROD</w:t>
            </w:r>
          </w:p>
        </w:tc>
      </w:tr>
    </w:tbl>
    <w:p>
      <w:pPr>
        <w:spacing w:after="0" w:before="200"/>
        <w:jc w:val="left"/>
      </w:pPr>
      <w:r>
        <w:rPr>
          <w:b w:val="0"/>
          <w:i/>
          <w:sz w:val="18"/>
        </w:rPr>
        <w:t>* zaznaczyć właściwe      ** zgoda dobrowolna (fakultatywna)</w:t>
      </w:r>
    </w:p>
    <w:p>
      <w:pPr>
        <w:spacing w:after="0"/>
        <w:jc w:val="left"/>
      </w:pPr>
      <w:r>
        <w:rPr>
          <w:b w:val="0"/>
          <w:i/>
          <w:sz w:val="18"/>
        </w:rPr>
        <w:t>Członkostwo w PZD jest dobrowolne; prawo do działki nie zależy od członkostwa w PZD (ustawa o ROD).</w:t>
      </w:r>
      <w:r>
        <w:br w:type="page"/>
      </w:r>
    </w:p>
    <w:p>
      <w:pPr>
        <w:spacing w:after="0"/>
        <w:jc w:val="center"/>
      </w:pPr>
      <w:r>
        <w:rPr>
          <w:b/>
          <w:i w:val="0"/>
          <w:sz w:val="26"/>
        </w:rPr>
        <w:t>KLAUZULA INFORMACYJNA</w:t>
      </w:r>
    </w:p>
    <w:p>
      <w:pPr>
        <w:spacing w:after="200"/>
        <w:jc w:val="center"/>
      </w:pPr>
      <w:r>
        <w:rPr>
          <w:b w:val="0"/>
          <w:i w:val="0"/>
          <w:sz w:val="20"/>
        </w:rPr>
        <w:t>(art. 13 RODO – Rozporządzenie Parlamentu Europejskiego i Rady (UE) 2016/679)</w:t>
      </w:r>
    </w:p>
    <w:p>
      <w:pPr>
        <w:tabs>
          <w:tab w:pos="340" w:val="left"/>
        </w:tabs>
        <w:spacing w:after="120"/>
        <w:ind w:left="340" w:hanging="340"/>
        <w:jc w:val="both"/>
      </w:pPr>
      <w:r>
        <w:rPr>
          <w:b w:val="0"/>
          <w:i w:val="0"/>
        </w:rPr>
        <w:t>1.</w:t>
        <w:tab/>
        <w:t>Administratorem Pani/Pana danych osobowych jest Polski Związek Działkowców stowarzyszenie ogrodowe z siedzibą w Warszawie, w imieniu którego działa Zarząd ROD im. J.I. Kraszewskiego w Pruszczu Gdańskim (ul. Ogrodowa, 83-000 Pruszcz Gdański). Kontakt w sprawie danych: tel. 512 292 930, osobiście podczas dyżurów Zarządu (wtorki 16:00–18:00) lub listownie na adres ogrodu.</w:t>
      </w:r>
    </w:p>
    <w:p>
      <w:pPr>
        <w:tabs>
          <w:tab w:pos="340" w:val="left"/>
        </w:tabs>
        <w:spacing w:after="120"/>
        <w:ind w:left="340" w:hanging="340"/>
        <w:jc w:val="both"/>
      </w:pPr>
      <w:r>
        <w:rPr>
          <w:b w:val="0"/>
          <w:i w:val="0"/>
        </w:rPr>
        <w:t>2.</w:t>
        <w:tab/>
        <w:t>Dane są przetwarzane w celu przyjęcia w poczet członków PZD i prowadzenia ewidencji członków (art. 6 ust. 1 lit. b RODO), wykonywania obowiązków wynikających z ustawy o rodzinnych ogrodach działkowych, w tym rozliczania opłat i składek (art. 6 ust. 1 lit. c RODO), a w zakresie adresu e-mail i telefonu – na podstawie zgody (art. 6 ust. 1 lit. a RODO).</w:t>
      </w:r>
    </w:p>
    <w:p>
      <w:pPr>
        <w:tabs>
          <w:tab w:pos="340" w:val="left"/>
        </w:tabs>
        <w:spacing w:after="120"/>
        <w:ind w:left="340" w:hanging="340"/>
        <w:jc w:val="both"/>
      </w:pPr>
      <w:r>
        <w:rPr>
          <w:b w:val="0"/>
          <w:i w:val="0"/>
        </w:rPr>
        <w:t>3.</w:t>
        <w:tab/>
        <w:t>Odbiorcami danych mogą być jednostki organizacyjne PZD (Okręg Pomorski PZD w Gdańsku, Krajowa Rada PZD), podmioty obsługujące księgowość i systemy informatyczne ROD oraz organy uprawnione na podstawie przepisów prawa.</w:t>
      </w:r>
    </w:p>
    <w:p>
      <w:pPr>
        <w:tabs>
          <w:tab w:pos="340" w:val="left"/>
        </w:tabs>
        <w:spacing w:after="120"/>
        <w:ind w:left="340" w:hanging="340"/>
        <w:jc w:val="both"/>
      </w:pPr>
      <w:r>
        <w:rPr>
          <w:b w:val="0"/>
          <w:i w:val="0"/>
        </w:rPr>
        <w:t>4.</w:t>
        <w:tab/>
        <w:t>Dane będą przechowywane przez czas członkostwa, a następnie przez okres wymagany przepisami o archiwizacji i rachunkowości oraz do upływu terminów przedawnienia roszczeń.</w:t>
      </w:r>
    </w:p>
    <w:p>
      <w:pPr>
        <w:tabs>
          <w:tab w:pos="340" w:val="left"/>
        </w:tabs>
        <w:spacing w:after="120"/>
        <w:ind w:left="340" w:hanging="340"/>
        <w:jc w:val="both"/>
      </w:pPr>
      <w:r>
        <w:rPr>
          <w:b w:val="0"/>
          <w:i w:val="0"/>
        </w:rPr>
        <w:t>5.</w:t>
        <w:tab/>
        <w:t>Przysługuje Pani/Panu prawo dostępu do danych, ich sprostowania, ograniczenia przetwarzania, usunięcia (w zakresie dopuszczonym prawem), wniesienia sprzeciwu, cofnięcia zgody w dowolnym momencie bez wpływu na zgodność z prawem wcześniejszego przetwarzania oraz wniesienia skargi do Prezesa Urzędu Ochrony Danych Osobowych (ul. Stawki 2, 00-193 Warszawa).</w:t>
      </w:r>
    </w:p>
    <w:p>
      <w:pPr>
        <w:tabs>
          <w:tab w:pos="340" w:val="left"/>
        </w:tabs>
        <w:spacing w:after="120"/>
        <w:ind w:left="340" w:hanging="340"/>
        <w:jc w:val="both"/>
      </w:pPr>
      <w:r>
        <w:rPr>
          <w:b w:val="0"/>
          <w:i w:val="0"/>
        </w:rPr>
        <w:t>6.</w:t>
        <w:tab/>
        <w:t>Podanie danych jest dobrowolne, ale niezbędne do przyjęcia w poczet członków PZD. Podanie adresu e-mail i telefonu jest w pełni dobrowolne. Dane nie będą przetwarzane w sposób zautomatyzowany, w tym w formie profilowania, ani przekazywane do państw trzecich.</w:t>
      </w:r>
    </w:p>
    <w:p>
      <w:pPr>
        <w:spacing w:after="0" w:before="200"/>
        <w:jc w:val="right"/>
      </w:pPr>
      <w:r>
        <w:rPr>
          <w:b w:val="0"/>
          <w:i w:val="0"/>
        </w:rPr>
        <w:t>…………………………………</w:t>
      </w:r>
    </w:p>
    <w:p>
      <w:pPr>
        <w:spacing w:after="160"/>
        <w:jc w:val="right"/>
      </w:pPr>
      <w:r>
        <w:rPr>
          <w:b w:val="0"/>
          <w:i/>
          <w:sz w:val="18"/>
        </w:rPr>
        <w:t>(data i czytelny podpis osoby składającej deklarację)</w:t>
      </w:r>
    </w:p>
    <w:sectPr w:rsidR="00FC693F" w:rsidRPr="0006063C" w:rsidSect="00034616">
      <w:pgSz w:w="11906" w:h="16838"/>
      <w:pgMar w:top="90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członkowska PZD</dc:title>
  <dc:subject/>
  <dc:creator>Zarząd ROD im. J.I. Kraszewskiego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