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 w:val="0"/>
          <w:i w:val="0"/>
        </w:rPr>
        <w:t>Pruszcz Gdański, dnia ………………</w:t>
      </w:r>
    </w:p>
    <w:p>
      <w:pPr>
        <w:spacing w:after="80"/>
        <w:jc w:val="both"/>
      </w:pPr>
      <w:r>
        <w:rPr>
          <w:b w:val="0"/>
          <w:i w:val="0"/>
        </w:rPr>
        <w:t>Zbywca: …………………………………… adres: ……………………………………………… tel.: ……………</w:t>
      </w:r>
    </w:p>
    <w:p>
      <w:pPr>
        <w:spacing w:after="200"/>
        <w:jc w:val="both"/>
      </w:pPr>
      <w:r>
        <w:rPr>
          <w:b w:val="0"/>
          <w:i w:val="0"/>
        </w:rPr>
        <w:t>Nabywca: …………………………………… adres: ……………………………………………… tel.: ……………</w:t>
      </w:r>
    </w:p>
    <w:p>
      <w:pPr>
        <w:spacing w:after="240"/>
        <w:jc w:val="right"/>
      </w:pPr>
      <w:r>
        <w:rPr>
          <w:b/>
          <w:i w:val="0"/>
        </w:rPr>
        <w:t>Zarząd ROD im. J.I. Kraszewskiego</w:t>
        <w:br/>
        <w:t>w Pruszczu Gdańskim</w:t>
        <w:br/>
        <w:t>ul. Ogrodowa, 83-000 Pruszcz Gdański</w:t>
      </w:r>
    </w:p>
    <w:p>
      <w:pPr>
        <w:spacing w:after="80"/>
        <w:jc w:val="center"/>
      </w:pPr>
      <w:r>
        <w:rPr>
          <w:b/>
          <w:i w:val="0"/>
          <w:sz w:val="26"/>
        </w:rPr>
        <w:t>WNIOSEK O ZATWIERDZENIE PRZENIESIENIA PRAW DO DZIAŁKI</w:t>
      </w:r>
    </w:p>
    <w:p>
      <w:pPr>
        <w:spacing w:after="200"/>
        <w:jc w:val="center"/>
      </w:pPr>
      <w:r>
        <w:rPr>
          <w:b w:val="0"/>
          <w:i/>
        </w:rPr>
        <w:t>(art. 41 ust. 2 i 3 ustawy z dnia 13 grudnia 2013 r. o rodzinnych ogrodach działkowych)</w:t>
      </w:r>
    </w:p>
    <w:p>
      <w:pPr>
        <w:spacing w:after="80"/>
        <w:jc w:val="both"/>
      </w:pPr>
      <w:r>
        <w:rPr>
          <w:b w:val="0"/>
          <w:i w:val="0"/>
        </w:rPr>
        <w:t>Wnosimy o zatwierdzenie przeniesienia praw do działki nr ……… o powierzchni ……… m² w Rodzinnym Ogrodzie Działkowym im. Józefa Ignacego Kraszewskiego w Pruszczu Gdańskim, dokonanego umową przeniesienia praw do działki zawartą w dniu ……………… z podpisami poświadczonymi przez notariusza ……………………………… (Rep. A nr ………………).</w:t>
      </w:r>
    </w:p>
    <w:p>
      <w:pPr>
        <w:spacing w:after="80"/>
        <w:jc w:val="both"/>
      </w:pPr>
      <w:r>
        <w:rPr>
          <w:b w:val="0"/>
          <w:i w:val="0"/>
        </w:rPr>
        <w:t>Wynagrodzenie za znajdujące się na działce nasadzenia, urządzenia i obiekty zostało uzgodnione przez strony w wysokości ……………… zł (słownie: ……………………………………………… złotych).</w:t>
      </w:r>
    </w:p>
    <w:p>
      <w:pPr>
        <w:spacing w:after="80"/>
        <w:jc w:val="both"/>
      </w:pPr>
      <w:r>
        <w:rPr>
          <w:b w:val="0"/>
          <w:i w:val="0"/>
        </w:rPr>
        <w:t>Nabywca jest/nie jest* osobą bliską Zbywcy (art. 41 ust. 6 ustawy).</w:t>
      </w:r>
    </w:p>
    <w:p>
      <w:pPr>
        <w:spacing w:after="80"/>
        <w:jc w:val="both"/>
      </w:pPr>
      <w:r>
        <w:rPr>
          <w:b w:val="0"/>
          <w:i w:val="0"/>
        </w:rPr>
        <w:t>Rozstrzygnięcie Zarządu prosimy doręczyć na adresy podane powyżej.</w:t>
      </w:r>
    </w:p>
    <w:p>
      <w:pPr>
        <w:spacing w:after="40"/>
        <w:jc w:val="both"/>
      </w:pPr>
      <w:r>
        <w:rPr>
          <w:b/>
          <w:i w:val="0"/>
        </w:rPr>
        <w:t>Załączniki:</w:t>
      </w:r>
    </w:p>
    <w:p>
      <w:pPr>
        <w:spacing w:after="20"/>
        <w:jc w:val="both"/>
      </w:pPr>
      <w:r>
        <w:rPr>
          <w:b w:val="0"/>
          <w:i w:val="0"/>
        </w:rPr>
        <w:t>1. Jeden egzemplarz oryginału umowy przeniesienia praw do działki.</w:t>
      </w:r>
    </w:p>
    <w:p>
      <w:pPr>
        <w:spacing w:after="20"/>
        <w:jc w:val="both"/>
      </w:pPr>
      <w:r>
        <w:rPr>
          <w:b w:val="0"/>
          <w:i w:val="0"/>
        </w:rPr>
        <w:t>2. Deklaracja członkowska PZD Nabywcy z klauzulą RODO (fakultatywnie – członkostwo jest dobrowolne).</w:t>
      </w:r>
    </w:p>
    <w:p>
      <w:pPr>
        <w:spacing w:after="20"/>
        <w:jc w:val="both"/>
      </w:pPr>
      <w:r>
        <w:rPr>
          <w:b w:val="0"/>
          <w:i w:val="0"/>
        </w:rPr>
        <w:t>3. Potwierdzenie odbycia szkolenia dla nowych działkowców (jeżeli odbyte przed złożeniem wniosku).</w:t>
      </w:r>
    </w:p>
    <w:p>
      <w:pPr>
        <w:spacing w:after="20"/>
        <w:jc w:val="both"/>
      </w:pPr>
      <w:r>
        <w:rPr>
          <w:b w:val="0"/>
          <w:i w:val="0"/>
        </w:rPr>
        <w:t>4. Zaświadczenie o niezaleganiu Zbywcy z opłatami (jeżeli wydane).</w:t>
      </w:r>
    </w:p>
    <w:p>
      <w:pPr>
        <w:spacing w:after="80"/>
        <w:jc w:val="both"/>
      </w:pPr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br/>
              <w:br/>
              <w:t>…………………………………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br/>
              <w:br/>
              <w:t>…………………………………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t>podpis Zbywcy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podpis Nabywcy</w:t>
            </w:r>
          </w:p>
        </w:tc>
      </w:tr>
    </w:tbl>
    <w:p>
      <w:pPr>
        <w:spacing w:after="80"/>
        <w:jc w:val="both"/>
      </w:pPr>
      <w:r>
        <w:rPr>
          <w:b w:val="0"/>
          <w:i w:val="0"/>
        </w:rPr>
      </w:r>
    </w:p>
    <w:p>
      <w:pPr>
        <w:spacing w:after="20"/>
        <w:jc w:val="both"/>
      </w:pPr>
      <w:r>
        <w:rPr>
          <w:b w:val="0"/>
          <w:i/>
          <w:sz w:val="18"/>
        </w:rPr>
        <w:t>* niepotrzebne skreślić</w:t>
      </w:r>
    </w:p>
    <w:p>
      <w:pPr>
        <w:spacing w:after="80"/>
        <w:jc w:val="both"/>
      </w:pPr>
      <w:r>
        <w:rPr>
          <w:b w:val="0"/>
          <w:i w:val="0"/>
        </w:rPr>
      </w:r>
    </w:p>
    <w:p>
      <w:pPr>
        <w:spacing w:after="40"/>
        <w:jc w:val="both"/>
      </w:pPr>
      <w:r>
        <w:rPr>
          <w:b/>
          <w:i w:val="0"/>
        </w:rPr>
        <w:t>Adnotacja Zarządu ROD</w:t>
      </w:r>
    </w:p>
    <w:p>
      <w:pPr>
        <w:spacing w:after="80"/>
        <w:jc w:val="both"/>
      </w:pPr>
      <w:r>
        <w:rPr>
          <w:b w:val="0"/>
          <w:i w:val="0"/>
        </w:rPr>
        <w:t>Wniosek wpłynął dnia ……………… L.dz. ………   Termin na oświadczenie PZD (2 miesiące): ………………</w:t>
      </w:r>
    </w:p>
    <w:p>
      <w:pPr>
        <w:spacing w:after="80"/>
        <w:jc w:val="both"/>
      </w:pPr>
      <w:r>
        <w:rPr>
          <w:b w:val="0"/>
          <w:i w:val="0"/>
        </w:rPr>
        <w:t>Podpis osoby przyjmującej: ………………………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